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</w:pPr>
      <w:r>
        <w:rPr>
          <w:b/>
          <w:color w:val="52605A"/>
          <w:sz w:val="18"/>
        </w:rPr>
        <w:t>ZAŁĄCZNIK NR 1  /  II EDYCJA</w:t>
      </w:r>
    </w:p>
    <w:p>
      <w:pPr>
        <w:pStyle w:val="Title"/>
      </w:pPr>
      <w:r>
        <w:t>Formularz zgłoszeniowy</w:t>
      </w:r>
    </w:p>
    <w:p>
      <w:pPr>
        <w:pStyle w:val="Subtitle"/>
      </w:pPr>
      <w:r>
        <w:t>"Moje obserwacje - jesień 2026"</w:t>
      </w:r>
    </w:p>
    <w:p>
      <w:pPr>
        <w:spacing w:after="120"/>
      </w:pPr>
      <w:r>
        <w:t>Wypełnij czytelnie. W formularzu używaj poprawnej pisowni imienia i nazwiska; polskie znaki pomijaj tylko w nazwach plików.</w:t>
      </w:r>
    </w:p>
    <w:p>
      <w:pPr>
        <w:pStyle w:val="Heading1"/>
      </w:pPr>
      <w:r>
        <w:t>A. Autor i praca konkursowa</w:t>
      </w:r>
    </w:p>
    <w:p>
      <w:pPr>
        <w:spacing w:after="20"/>
      </w:pPr>
      <w:r/>
      <w:r>
        <w:rPr>
          <w:b/>
        </w:rPr>
        <w:t>Imię i nazwisko autora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spacing w:after="60"/>
      </w:pPr>
      <w:r/>
      <w:r>
        <w:rPr>
          <w:b/>
        </w:rPr>
        <w:t>Wiek w dniu zgłoszenia:</w:t>
      </w:r>
      <w:r>
        <w:t xml:space="preserve"> .................. lat. </w:t>
      </w:r>
      <w:r>
        <w:rPr>
          <w:b/>
        </w:rPr>
        <w:t>Grupa wiekowa</w:t>
      </w:r>
      <w:r>
        <w:t xml:space="preserve"> (zaznacz jedną):</w:t>
      </w:r>
    </w:p>
    <w:p>
      <w:pPr>
        <w:spacing w:after="100"/>
      </w:pPr>
      <w:r>
        <w:t xml:space="preserve">[ ] </w:t>
      </w:r>
      <w:r>
        <w:rPr>
          <w:b/>
        </w:rPr>
        <w:t>1</w:t>
      </w:r>
      <w:r>
        <w:t xml:space="preserve"> - do 10 lat włącznie     [ ] </w:t>
      </w:r>
      <w:r>
        <w:rPr>
          <w:b/>
        </w:rPr>
        <w:t>2</w:t>
      </w:r>
      <w:r>
        <w:t xml:space="preserve"> - od 11 do 18 lat włącznie</w:t>
      </w:r>
    </w:p>
    <w:p>
      <w:pPr>
        <w:spacing w:after="120"/>
      </w:pPr>
      <w:r/>
      <w:r>
        <w:rPr>
          <w:b/>
        </w:rPr>
        <w:t>Kategoria</w:t>
      </w:r>
      <w:r>
        <w:t xml:space="preserve"> (zaznacz jedną):</w:t>
        <w:br/>
        <w:t xml:space="preserve">[ ] </w:t>
      </w:r>
      <w:r>
        <w:rPr>
          <w:b/>
        </w:rPr>
        <w:t>P</w:t>
      </w:r>
      <w:r>
        <w:t xml:space="preserve"> - praca plastyczna    [ ] </w:t>
      </w:r>
      <w:r>
        <w:rPr>
          <w:b/>
        </w:rPr>
        <w:t>F</w:t>
      </w:r>
      <w:r>
        <w:t xml:space="preserve"> - fotografia lub film    [ ] </w:t>
      </w:r>
      <w:r>
        <w:rPr>
          <w:b/>
        </w:rPr>
        <w:t>L</w:t>
      </w:r>
      <w:r>
        <w:t xml:space="preserve"> - literatura / poezja</w:t>
      </w:r>
    </w:p>
    <w:p>
      <w:pPr>
        <w:spacing w:after="20"/>
      </w:pPr>
      <w:r/>
      <w:r>
        <w:rPr>
          <w:b/>
        </w:rPr>
        <w:t>Tytuł pracy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spacing w:after="20"/>
      </w:pPr>
      <w:r/>
      <w:r>
        <w:rPr>
          <w:b/>
        </w:rPr>
        <w:t>Nazwa pliku pracy (lub wspólny rdzeń nazw dla jednej pracy wieloplikowej)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spacing w:after="80"/>
      </w:pPr>
      <w:r>
        <w:t xml:space="preserve">Wzór: </w:t>
      </w:r>
      <w:r>
        <w:rPr>
          <w:b/>
        </w:rPr>
        <w:t>2026_Kategoria_GrupaWiekowa_ImieNazwisko</w:t>
      </w:r>
      <w:r>
        <w:t xml:space="preserve"> + rozszerzenie pliku.</w:t>
      </w:r>
    </w:p>
    <w:p>
      <w:pPr>
        <w:spacing w:after="20"/>
      </w:pPr>
      <w:r/>
      <w:r>
        <w:rPr>
          <w:b/>
        </w:rPr>
        <w:t>Link do filmu (tylko gdy film nie jest dołączony do wiadomości)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spacing w:after="20"/>
      </w:pPr>
      <w:r/>
      <w:r>
        <w:rPr>
          <w:b/>
        </w:rPr>
        <w:t>Pseudonim do publikacji - opcjonalnie (nie powinien ujawniać tożsamości)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pStyle w:val="Heading1"/>
      </w:pPr>
      <w:r>
        <w:t>B. Osoba zgłaszająca i kontakt</w:t>
      </w:r>
    </w:p>
    <w:p>
      <w:pPr>
        <w:spacing w:after="100"/>
      </w:pPr>
      <w:r>
        <w:t>[ ] rodzic / opiekun prawny     [ ] pełnoletni Uczestnik</w:t>
      </w:r>
    </w:p>
    <w:p>
      <w:pPr>
        <w:spacing w:after="20"/>
      </w:pPr>
      <w:r/>
      <w:r>
        <w:rPr>
          <w:b/>
        </w:rPr>
        <w:t>Imię i nazwisko osoby zgłaszającej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spacing w:after="20"/>
      </w:pPr>
      <w:r/>
      <w:r>
        <w:rPr>
          <w:b/>
        </w:rPr>
        <w:t>Adres e-mail do kontaktu w sprawie zgłoszenia i wyników</w:t>
      </w:r>
      <w:r/>
    </w:p>
    <w:p>
      <w:pPr>
        <w:spacing w:after="100" w:line="259" w:lineRule="auto"/>
      </w:pPr>
      <w:r>
        <w:t>........................................................................................................................</w:t>
      </w:r>
    </w:p>
    <w:p>
      <w:pPr>
        <w:spacing w:after="100"/>
      </w:pPr>
      <w:r/>
      <w:r>
        <w:rPr>
          <w:b/>
        </w:rPr>
        <w:t>Telefon - opcjonalnie:</w:t>
      </w:r>
      <w:r>
        <w:t xml:space="preserve"> ........................................................................................</w:t>
      </w:r>
    </w:p>
    <w:p>
      <w:pPr>
        <w:spacing w:after="100"/>
      </w:pPr>
      <w:r>
        <w:t>Adres do wysyłki nagrody zostanie zebrany dopiero od laureata lub opiekuna.</w:t>
      </w:r>
    </w:p>
    <w:p>
      <w:pPr>
        <w:spacing w:after="160"/>
      </w:pPr>
      <w:r>
        <w:t>Potwierdzam prawidłowość danych, zapoznanie się z Regulaminem i dołączenie załącznika nr 2. Zgłaszam jedną pracę w jednej kategorii.</w:t>
      </w:r>
    </w:p>
    <w:p>
      <w:pPr>
        <w:spacing w:after="0"/>
      </w:pPr>
      <w:r>
        <w:t>.....................................................     ..................................................................</w:t>
      </w:r>
    </w:p>
    <w:p>
      <w:pPr>
        <w:spacing w:after="100"/>
      </w:pPr>
      <w:r>
        <w:t>Miejscowość i data                              Czytelny podpis osoby zgłaszającej</w:t>
      </w:r>
    </w:p>
    <w:p>
      <w:pPr>
        <w:spacing w:after="180" w:before="100"/>
        <w:ind w:left="125" w:right="125"/>
        <w:shd w:fill="F0F5F1"/>
      </w:pPr>
      <w:r/>
      <w:r>
        <w:rPr>
          <w:b/>
        </w:rPr>
        <w:t>Wyślij pracę i oba załączniki na: konkursy@ekooko.pl</w:t>
      </w:r>
      <w:r>
        <w:br/>
        <w:t>Termin: 23 listopada 2026 r., godz. 23:59.</w:t>
        <w:br/>
        <w:t>Nazwa formularza, np.: 2026_P_2_JanKowalski_Formularz.pdf</w:t>
      </w:r>
    </w:p>
    <w:sectPr w:rsidR="00FC693F" w:rsidRPr="0006063C" w:rsidSect="00034616">
      <w:footerReference w:type="default" r:id="rId9"/>
      <w:pgSz w:w="11906" w:h="16838"/>
      <w:pgMar w:top="964" w:right="1134" w:bottom="96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Carlito" w:hAnsi="Carlito"/>
        <w:color w:val="52605A"/>
        <w:sz w:val="16"/>
      </w:rPr>
      <w:t xml:space="preserve">EkoOko  |  Załącznik nr 1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Carlito" w:hAnsi="Carlito"/>
      <w:color w:val="222A25"/>
      <w:sz w:val="21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Theme="majorHAnsi" w:eastAsiaTheme="majorEastAsia" w:hAnsiTheme="majorHAnsi" w:cstheme="majorBidi" w:ascii="Carlito" w:hAnsi="Carlito"/>
      <w:b/>
      <w:bCs/>
      <w:color w:val="285442"/>
      <w:sz w:val="26"/>
      <w:szCs w:val="28"/>
      <w:lang w:val="pl-P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 w:ascii="Carlito" w:hAnsi="Carlito"/>
      <w:b/>
      <w:bCs/>
      <w:color w:val="285442"/>
      <w:sz w:val="23"/>
      <w:szCs w:val="26"/>
      <w:lang w:val="pl-P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rlito" w:hAnsi="Carlito"/>
      <w:color w:val="285442"/>
      <w:spacing w:val="5"/>
      <w:kern w:val="28"/>
      <w:sz w:val="46"/>
      <w:szCs w:val="52"/>
      <w:lang w:val="pl-PL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rlito" w:hAnsi="Carlito"/>
      <w:i/>
      <w:iCs/>
      <w:color w:val="52605A"/>
      <w:spacing w:val="15"/>
      <w:sz w:val="22"/>
      <w:szCs w:val="24"/>
      <w:lang w:val="pl-PL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Moje obserwacje - jesień 2026 - Załącznik nr 1</dc:title>
  <dc:subject>II edycja konkursu przyrodniczego</dc:subject>
  <dc:creator>Fundacja EkoOko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