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52605A"/>
          <w:sz w:val="18"/>
        </w:rPr>
        <w:t>ZAŁĄCZNIK NR 2  /  II EDYCJA</w:t>
      </w:r>
    </w:p>
    <w:p>
      <w:pPr>
        <w:pStyle w:val="Title"/>
      </w:pPr>
      <w:r>
        <w:t>Zgoda i oświadczenia</w:t>
      </w:r>
    </w:p>
    <w:p>
      <w:pPr>
        <w:pStyle w:val="Subtitle"/>
      </w:pPr>
      <w:r>
        <w:t>"Moje obserwacje - jesień 2026"</w:t>
      </w:r>
    </w:p>
    <w:p>
      <w:pPr>
        <w:pStyle w:val="Heading1"/>
      </w:pPr>
      <w:r>
        <w:t>A. Udział w konkursie i oświadczenia</w:t>
      </w:r>
    </w:p>
    <w:p>
      <w:r>
        <w:t>Wypełnia i podpisuje rodzic / opiekun prawny osoby niepełnoletniej albo sam pełnoletni Uczestnik. Zaznacz właściwą rolę:</w:t>
      </w:r>
    </w:p>
    <w:p>
      <w:r>
        <w:t>[ ] Działam jako rodzic / opiekun prawny Uczestnika.</w:t>
        <w:br/>
        <w:t>[ ] Działam we własnym imieniu jako pełnoletni Uczestnik.</w:t>
      </w:r>
    </w:p>
    <w:p>
      <w:pPr>
        <w:spacing w:after="20"/>
      </w:pPr>
      <w:r/>
      <w:r>
        <w:rPr>
          <w:b/>
        </w:rPr>
        <w:t>Imię i nazwisko osoby składającej oświadczenia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20"/>
      </w:pPr>
      <w:r/>
      <w:r>
        <w:rPr>
          <w:b/>
        </w:rPr>
        <w:t>Imię i nazwisko Uczestnika (także gdy jest to ta sama osoba)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20"/>
      </w:pPr>
      <w:r/>
      <w:r>
        <w:rPr>
          <w:b/>
        </w:rPr>
        <w:t>Tytuł pracy i nazwa pliku lub wspólny rdzeń nazw plików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r/>
      <w:r>
        <w:rPr>
          <w:b/>
        </w:rPr>
        <w:t>1. Udział i akceptacja zasad.</w:t>
      </w:r>
      <w:r>
        <w:t xml:space="preserve"> Wyrażam zgodę na udział mojego dziecka / podopiecznego w Konkursie albo zgłaszam własny udział, jeżeli jestem pełnoletnim Uczestnikiem. Zapoznałem/am się z Regulaminem Konkursu i akceptuję jego warunki.</w:t>
      </w:r>
    </w:p>
    <w:p>
      <w:r/>
      <w:r>
        <w:rPr>
          <w:b/>
        </w:rPr>
        <w:t>2. Autorstwo.</w:t>
      </w:r>
      <w:r>
        <w:t xml:space="preserve"> Oświadczam, że praca została wykonana samodzielnie przez wskazanego Uczestnika i - według mojej najlepszej wiedzy - nie narusza praw osób trzecich. Potwierdzam, że nie była wcześniej nagrodzona ani nie jest aktualnie zgłoszona do innego konkursu.</w:t>
      </w:r>
    </w:p>
    <w:p>
      <w:r/>
      <w:r>
        <w:rPr>
          <w:b/>
        </w:rPr>
        <w:t>3. Licencja.</w:t>
      </w:r>
      <w:r>
        <w:t xml:space="preserve"> We własnym imieniu albo działając w imieniu dziecka / podopiecznego udzielam Organizatorowi nieodpłatnej, niewyłącznej licencji na pracę, na warunkach pkt 15-16 Regulaminu. Licencja obejmuje wskazane tam cele i pola eksploatacji, jest udzielana bez ograniczeń terytorialnych na czas nieoznaczony, z możliwością wypowiedzenia. Autor zachowuje prawa autorskie. Licencja nie jest zgodą na publikację jego nazwiska ani wizerunku.</w:t>
      </w:r>
    </w:p>
    <w:p>
      <w:pPr>
        <w:pStyle w:val="Heading1"/>
      </w:pPr>
      <w:r>
        <w:t>B. Dane potrzebne do przeprowadzenia konkursu</w:t>
      </w:r>
    </w:p>
    <w:p>
      <w:r>
        <w:t xml:space="preserve">[ ] </w:t>
      </w:r>
      <w:r>
        <w:rPr>
          <w:b/>
        </w:rPr>
        <w:t>Wyrażam zgodę</w:t>
      </w:r>
      <w:r>
        <w:t xml:space="preserve"> na przetwarzanie przez Fundację edukacyjno-przyrodniczą EkoOko danych Uczestnika i - gdy zgłoszenia dokonuje opiekun - moich danych podanych w dokumentach zgłoszenia, w celu przyjęcia zgłoszenia, oceny pracy, kontaktu i przekazania nagrody, na podstawie art. 6 ust. 1 lit. a RODO.</w:t>
      </w:r>
    </w:p>
    <w:p>
      <w:r>
        <w:t>Zapoznałem/am się z informacją o przetwarzaniu danych w pkt 20 Regulaminu. Wiem, że zgodę mogę cofnąć w każdej chwili, np. e-mailem na info@ekooko.pl, bez wpływu na legalność wcześniejszego przetwarzania. Dane niezbędne do obsługi zgłoszenia warunkują udział; zgody publikacyjne na drugiej stronie są dobrowolne.</w:t>
      </w:r>
    </w:p>
    <w:p>
      <w:pPr>
        <w:spacing w:after="0"/>
      </w:pPr>
      <w:r>
        <w:br/>
        <w:t>.....................................................     ..................................................................</w:t>
      </w:r>
    </w:p>
    <w:p>
      <w:pPr>
        <w:spacing w:after="180"/>
      </w:pPr>
      <w:r>
        <w:t>Miejscowość i data                              Czytelny podpis</w:t>
      </w:r>
    </w:p>
    <w:p>
      <w:pPr>
        <w:spacing w:after="180" w:before="100"/>
        <w:ind w:left="125" w:right="125"/>
        <w:shd w:fill="F0F5F1"/>
      </w:pPr>
      <w:r/>
      <w:r>
        <w:rPr>
          <w:b/>
        </w:rPr>
        <w:t>Zgody dotyczące publikacji znajdują się na stronie 2.</w:t>
      </w:r>
      <w:r>
        <w:br/>
        <w:t>Odmowa ich udzielenia nie wpływa na udział w Konkursie, ocenę pracy ani otrzymanie nagrody.</w:t>
      </w:r>
    </w:p>
    <w:p>
      <w:pPr>
        <w:pageBreakBefore/>
        <w:spacing w:after="120"/>
      </w:pPr>
      <w:r>
        <w:rPr>
          <w:b/>
          <w:color w:val="52605A"/>
          <w:sz w:val="18"/>
        </w:rPr>
        <w:t>ZAŁĄCZNIK NR 2  /  ZGODY DOBROWOLNE</w:t>
      </w:r>
    </w:p>
    <w:p>
      <w:pPr>
        <w:pStyle w:val="Heading1"/>
      </w:pPr>
      <w:r>
        <w:t>C. Publikacja danych autora</w:t>
      </w:r>
    </w:p>
    <w:p>
      <w:r/>
      <w:r>
        <w:rPr>
          <w:b/>
        </w:rPr>
        <w:t>Uczestnik:</w:t>
      </w:r>
      <w:r>
        <w:t xml:space="preserve"> ........................................................................................................</w:t>
      </w:r>
    </w:p>
    <w:p>
      <w:r>
        <w:t xml:space="preserve">Dla każdego kanału zaznacz osobno jedną odpowiedź. Zgody dotyczą przetwarzania i publikacji </w:t>
      </w:r>
      <w:r>
        <w:rPr>
          <w:b/>
        </w:rPr>
        <w:t>imienia, nazwiska oraz grupy wiekowej autora</w:t>
      </w:r>
      <w:r>
        <w:t xml:space="preserve"> wraz z jego pracą albo informacją o wynikach Konkursu. Podstawą jest art. 6 ust. 1 lit. a RODO.</w:t>
      </w:r>
    </w:p>
    <w:p>
      <w:pPr>
        <w:spacing w:after="180"/>
      </w:pPr>
      <w:r/>
      <w:r>
        <w:rPr>
          <w:b/>
        </w:rPr>
        <w:t>Na stronie internetowej EkoOko (ekooko.pl):</w:t>
      </w:r>
      <w:r>
        <w:br/>
        <w:t>[ ] wyrażam zgodę                  [ ] nie wyrażam zgody</w:t>
      </w:r>
    </w:p>
    <w:p>
      <w:pPr>
        <w:spacing w:after="180"/>
      </w:pPr>
      <w:r/>
      <w:r>
        <w:rPr>
          <w:b/>
        </w:rPr>
        <w:t>Na profilu Fundacji EkoOko w serwisie Facebook:</w:t>
      </w:r>
      <w:r>
        <w:br/>
        <w:t>[ ] wyrażam zgodę                  [ ] nie wyrażam zgody</w:t>
      </w:r>
    </w:p>
    <w:p>
      <w:r>
        <w:t>Bez zgody w danym kanale praca lub wynik zostaną oznaczone pseudonimem z formularza albo nadanym przez Organizatora oznaczeniem pracy, wraz z kategorią i grupą wiekową. W materiałach drukowanych stosowane będzie takie samo nieidentyfikujące oznaczenie, chyba że uzyskana zostanie odrębna zgoda.</w:t>
      </w:r>
    </w:p>
    <w:p>
      <w:pPr>
        <w:pStyle w:val="Heading1"/>
      </w:pPr>
      <w:r>
        <w:t>D. Publikacja wizerunku laureata - opcjonalnie</w:t>
      </w:r>
    </w:p>
    <w:p>
      <w:r>
        <w:t>Ta część dotyczy wyłącznie wskazanej poniżej fotografii laureata, przekazanej Organizatorowi w związku z Konkursem. Nie trzeba dołączać portretu do zgłoszenia. Gdy fotografii nie przekazujesz, pozostaw tę część bez zgody; można ją wypełnić później.</w:t>
      </w:r>
    </w:p>
    <w:p>
      <w:pPr>
        <w:spacing w:after="20"/>
      </w:pPr>
      <w:r/>
      <w:r>
        <w:rPr>
          <w:b/>
        </w:rPr>
        <w:t>Nazwa pliku lub jednoznaczny opis fotografii, której dotyczy zgoda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r>
        <w:t>Zgoda obejmuje nieodpłatne rozpowszechnianie wizerunku Uczestnika utrwalonego na wskazanej fotografii, w informacji o wynikach i relacji z tej edycji Konkursu, oraz przetwarzanie w tym celu danych osobowych. Jest udzielana na podstawie art. 81 ust. 1 ustawy o prawie autorskim i prawach pokrewnych oraz art. 6 ust. 1 lit. a RODO.</w:t>
      </w:r>
    </w:p>
    <w:p>
      <w:pPr>
        <w:spacing w:after="180"/>
      </w:pPr>
      <w:r/>
      <w:r>
        <w:rPr>
          <w:b/>
        </w:rPr>
        <w:t>Na stronie internetowej EkoOko (ekooko.pl):</w:t>
      </w:r>
      <w:r>
        <w:br/>
        <w:t>[ ] wyrażam zgodę                  [ ] nie wyrażam zgody</w:t>
      </w:r>
    </w:p>
    <w:p>
      <w:pPr>
        <w:spacing w:after="180"/>
      </w:pPr>
      <w:r/>
      <w:r>
        <w:rPr>
          <w:b/>
        </w:rPr>
        <w:t>Na profilu Fundacji EkoOko w serwisie Facebook:</w:t>
      </w:r>
      <w:r>
        <w:br/>
        <w:t>[ ] wyrażam zgodę                  [ ] nie wyrażam zgody</w:t>
      </w:r>
    </w:p>
    <w:p>
      <w:r>
        <w:t>Zgoda nie obejmuje innych fotografii, reklamy produktów ani przeróbek zmieniających znaczenie zdjęcia. Dopuszczalne są techniczne zmiany rozmiaru i formatu, bez naruszania godności przedstawionej osoby.</w:t>
      </w:r>
    </w:p>
    <w:p>
      <w:pPr>
        <w:pStyle w:val="Heading1"/>
      </w:pPr>
      <w:r>
        <w:t>E. Informacja i podpis dotyczący zgód C-D</w:t>
      </w:r>
    </w:p>
    <w:p>
      <w:r>
        <w:t>Zgody obowiązują do ich cofnięcia albo ustania celu publikacji. Każdą można cofnąć oddzielnie, e-mailem na info@ekooko.pl lub konkursy@ekooko.pl. Cofnięcie nie wpływa na zgodność z prawem wcześniejszego przetwarzania ani na nagrodę. Informacje o Administratorze, odbiorcach i prawach znajdują się w pkt 20 Regulaminu. Publikacja internetowa może być dostępna odbiorcom na całym świecie.</w:t>
      </w:r>
    </w:p>
    <w:p>
      <w:r>
        <w:t>Brak zaznaczenia zgody, sprzeczne zaznaczenia lub brak podpisu w tej części oznaczają brak danej zgody publikacyjnej. Niewskazanie fotografii oznacza brak zgody na wizerunek.</w:t>
      </w:r>
    </w:p>
    <w:p>
      <w:pPr>
        <w:spacing w:after="0"/>
      </w:pPr>
      <w:r>
        <w:br/>
        <w:t>.....................................................     ..................................................................</w:t>
      </w:r>
    </w:p>
    <w:p>
      <w:pPr>
        <w:spacing w:after="0"/>
      </w:pPr>
      <w:r>
        <w:t>Miejscowość i data                              Czytelny podpis rodzica / opiekuna</w:t>
        <w:br/>
        <w:t xml:space="preserve">                                                               albo pełnoletniego Uczestnika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rlito" w:hAnsi="Carlito"/>
        <w:color w:val="52605A"/>
        <w:sz w:val="16"/>
      </w:rPr>
      <w:t xml:space="preserve">EkoOko  |  Załącznik nr 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Carlito" w:hAnsi="Carlito"/>
      <w:color w:val="222A25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rlito" w:hAnsi="Carlito"/>
      <w:b/>
      <w:bCs/>
      <w:color w:val="285442"/>
      <w:sz w:val="26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rlito" w:hAnsi="Carlito"/>
      <w:b/>
      <w:bCs/>
      <w:color w:val="285442"/>
      <w:sz w:val="23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rlito" w:hAnsi="Carlito"/>
      <w:color w:val="285442"/>
      <w:spacing w:val="5"/>
      <w:kern w:val="28"/>
      <w:sz w:val="46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rlito" w:hAnsi="Carlito"/>
      <w:i/>
      <w:iCs/>
      <w:color w:val="52605A"/>
      <w:spacing w:val="15"/>
      <w:sz w:val="22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Moje obserwacje - jesień 2026 - Załącznik nr 2</dc:title>
  <dc:subject>II edycja konkursu przyrodniczego</dc:subject>
  <dc:creator>Fundacja EkoOko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